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56517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Last Resort – Papa Roach</w:t>
      </w:r>
    </w:p>
    <w:p w14:paraId="5103EA29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All the Small Things – Blink 182</w:t>
      </w:r>
    </w:p>
    <w:p w14:paraId="1E3B19B0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I Miss You – Blink 182</w:t>
      </w:r>
    </w:p>
    <w:p w14:paraId="5C5532E7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Can’t Stop – Red Hot Chili Peppers</w:t>
      </w:r>
    </w:p>
    <w:p w14:paraId="4B8EAA13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Under the Bridge – Red Hot Chili Peppers</w:t>
      </w:r>
    </w:p>
    <w:p w14:paraId="3B1F72CB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Naive – The Kooks</w:t>
      </w:r>
    </w:p>
    <w:p w14:paraId="4083B20F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She Moves in Her Own Way – The Kooks</w:t>
      </w:r>
    </w:p>
    <w:p w14:paraId="1752BAE6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Movies – Alien Ant Farm</w:t>
      </w:r>
    </w:p>
    <w:p w14:paraId="5BD8CE0A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Smooth Criminal – Alien Ant Farm</w:t>
      </w:r>
    </w:p>
    <w:p w14:paraId="27653039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Rollin’ – Limp Bizkit</w:t>
      </w:r>
    </w:p>
    <w:p w14:paraId="6FF7C555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My Way – Limp Bizkit</w:t>
      </w:r>
    </w:p>
    <w:p w14:paraId="0F5A4ACA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Learn to Fly – Foo Fighters</w:t>
      </w:r>
    </w:p>
    <w:p w14:paraId="15F3D312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Everlong – Foo Fighters</w:t>
      </w:r>
    </w:p>
    <w:p w14:paraId="45F5090B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Times Like These – Foo Fighters</w:t>
      </w:r>
    </w:p>
    <w:p w14:paraId="6468CAFA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How You Remind Me – Nickelback</w:t>
      </w:r>
    </w:p>
    <w:p w14:paraId="233FCCD0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Fly for a White Guy – The Offspring</w:t>
      </w:r>
    </w:p>
    <w:p w14:paraId="61A101EE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In the Shadows – The Rasmus</w:t>
      </w:r>
    </w:p>
    <w:p w14:paraId="78D3F467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Sugar, We’re Goin Down – Fall Out Boy</w:t>
      </w:r>
    </w:p>
    <w:p w14:paraId="765417AA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Thanks for the Memories – Fall Out Boy</w:t>
      </w:r>
    </w:p>
    <w:p w14:paraId="131CC587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Girl All the Bad Guys Want – Bowling for Soup</w:t>
      </w:r>
    </w:p>
    <w:p w14:paraId="51D28DC1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A Little Respect – Wheatus</w:t>
      </w:r>
    </w:p>
    <w:p w14:paraId="15950A6B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Teenage Dirtbag – Wheatus</w:t>
      </w:r>
    </w:p>
    <w:p w14:paraId="11BD7487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In Too Deep – Sum 41</w:t>
      </w:r>
    </w:p>
    <w:p w14:paraId="2C2C27BA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Gives You Hell – The All-American Rejects</w:t>
      </w:r>
    </w:p>
    <w:p w14:paraId="34FCC564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lastRenderedPageBreak/>
        <w:t>Girls &amp; Boys – Good Charlotte</w:t>
      </w:r>
    </w:p>
    <w:p w14:paraId="602D575B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Stacy’s Mom – Fountains of Wayne</w:t>
      </w:r>
    </w:p>
    <w:p w14:paraId="467D2995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Come as You Are – Nirvana</w:t>
      </w:r>
    </w:p>
    <w:p w14:paraId="4AB105B5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Smells Like Teen Spirit/Lithium – Nirvana</w:t>
      </w:r>
    </w:p>
    <w:p w14:paraId="0434BCA9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Club Foot – Kasabian</w:t>
      </w:r>
    </w:p>
    <w:p w14:paraId="763652F1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Ruby – Kaiser Chiefs</w:t>
      </w:r>
    </w:p>
    <w:p w14:paraId="1D18E68F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Somebody Told Me – The Killers</w:t>
      </w:r>
    </w:p>
    <w:p w14:paraId="5F51AAED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When You Were Young – The Killers</w:t>
      </w:r>
    </w:p>
    <w:p w14:paraId="5B174207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Smile Like You Mean It – The Killers</w:t>
      </w:r>
    </w:p>
    <w:p w14:paraId="264CF105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Iris – Goo Goo Dolls</w:t>
      </w:r>
    </w:p>
    <w:p w14:paraId="70C7048F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Butterfly – Crazy Town</w:t>
      </w:r>
    </w:p>
    <w:p w14:paraId="1E06E78C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Are You Gonna Be My Girl – Jet</w:t>
      </w:r>
    </w:p>
    <w:p w14:paraId="09EDBA9B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The Boys of Summer – The Ataris (cover)</w:t>
      </w:r>
    </w:p>
    <w:p w14:paraId="001C907F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Just a Day – Feeder</w:t>
      </w:r>
    </w:p>
    <w:p w14:paraId="62E016DA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Feeling a Moment – Feeder</w:t>
      </w:r>
    </w:p>
    <w:p w14:paraId="49D9844F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Buck Rogers – Feeder</w:t>
      </w:r>
    </w:p>
    <w:p w14:paraId="38B5AE21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Wonderwall – Oasis</w:t>
      </w:r>
    </w:p>
    <w:p w14:paraId="2CE60341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Supersonic – Oasis</w:t>
      </w:r>
    </w:p>
    <w:p w14:paraId="0F17913C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Don’t Look Back in Anger – Oasis</w:t>
      </w:r>
    </w:p>
    <w:p w14:paraId="162B5C41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Song 2 – Blur</w:t>
      </w:r>
    </w:p>
    <w:p w14:paraId="187ED899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Country House – Blur</w:t>
      </w:r>
    </w:p>
    <w:p w14:paraId="554814C9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The Reason – Hoobastank</w:t>
      </w:r>
    </w:p>
    <w:p w14:paraId="49524D7E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Girl from Mars – Ash</w:t>
      </w:r>
    </w:p>
    <w:p w14:paraId="7573B8E1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Dakota – Stereophonics</w:t>
      </w:r>
    </w:p>
    <w:p w14:paraId="73889555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lastRenderedPageBreak/>
        <w:t>Are You Gonna Go My Way – Lenny Kravitz</w:t>
      </w:r>
    </w:p>
    <w:p w14:paraId="59D5D8FC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No Tomorrow – Orson</w:t>
      </w:r>
    </w:p>
    <w:p w14:paraId="7BF2262B" w14:textId="77777777" w:rsidR="00395567" w:rsidRPr="002212F6" w:rsidRDefault="002212F6">
      <w:pPr>
        <w:rPr>
          <w:rFonts w:ascii="Aptos" w:hAnsi="Aptos"/>
          <w:sz w:val="24"/>
          <w:szCs w:val="24"/>
        </w:rPr>
      </w:pPr>
      <w:r w:rsidRPr="002212F6">
        <w:rPr>
          <w:rFonts w:ascii="Aptos" w:hAnsi="Aptos"/>
          <w:sz w:val="24"/>
          <w:szCs w:val="24"/>
        </w:rPr>
        <w:t>Shut Up and Dance – Walk the Moon</w:t>
      </w:r>
    </w:p>
    <w:sectPr w:rsidR="00395567" w:rsidRPr="002212F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6780805">
    <w:abstractNumId w:val="8"/>
  </w:num>
  <w:num w:numId="2" w16cid:durableId="309098551">
    <w:abstractNumId w:val="6"/>
  </w:num>
  <w:num w:numId="3" w16cid:durableId="2083795768">
    <w:abstractNumId w:val="5"/>
  </w:num>
  <w:num w:numId="4" w16cid:durableId="1591542336">
    <w:abstractNumId w:val="4"/>
  </w:num>
  <w:num w:numId="5" w16cid:durableId="98111225">
    <w:abstractNumId w:val="7"/>
  </w:num>
  <w:num w:numId="6" w16cid:durableId="740765">
    <w:abstractNumId w:val="3"/>
  </w:num>
  <w:num w:numId="7" w16cid:durableId="861355060">
    <w:abstractNumId w:val="2"/>
  </w:num>
  <w:num w:numId="8" w16cid:durableId="1250506860">
    <w:abstractNumId w:val="1"/>
  </w:num>
  <w:num w:numId="9" w16cid:durableId="283200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20BB"/>
    <w:rsid w:val="002212F6"/>
    <w:rsid w:val="0029639D"/>
    <w:rsid w:val="00326F90"/>
    <w:rsid w:val="0039556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BBDFF6"/>
  <w14:defaultImageDpi w14:val="300"/>
  <w15:docId w15:val="{2D30D8AF-EA3A-4286-8BE1-FC99E2486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Helen Jones</cp:lastModifiedBy>
  <cp:revision>2</cp:revision>
  <dcterms:created xsi:type="dcterms:W3CDTF">2025-07-07T20:06:00Z</dcterms:created>
  <dcterms:modified xsi:type="dcterms:W3CDTF">2025-07-07T20:06:00Z</dcterms:modified>
  <cp:category/>
</cp:coreProperties>
</file>